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sz w:val="30"/>
        </w:rPr>
        <w:t>İŞE GEÇ KALMA TUTANAĞI</w:t>
      </w:r>
    </w:p>
    <w:p>
      <w:pPr>
        <w:spacing w:after="160" w:before="0"/>
      </w:pPr>
    </w:p>
    <w:tbl>
      <w:tblPr>
        <w:tblStyle w:val="TableGrid"/>
        <w:tblW w:type="dxa" w:w="9412"/>
        <w:jc w:val="center"/>
        <w:tblLook w:firstColumn="1" w:firstRow="1" w:lastColumn="0" w:lastRow="0" w:noHBand="0" w:noVBand="1" w:val="04A0"/>
        <w:tblBorders>
          <w:top w:val="single" w:sz="4" w:space="0" w:color="BFBBCB"/>
          <w:left w:val="single" w:sz="4" w:space="0" w:color="BFBBCB"/>
          <w:bottom w:val="single" w:sz="4" w:space="0" w:color="BFBBCB"/>
          <w:right w:val="single" w:sz="4" w:space="0" w:color="BFBBCB"/>
          <w:insideH w:val="single" w:sz="4" w:space="0" w:color="BFBBCB"/>
          <w:insideV w:val="single" w:sz="4" w:space="0" w:color="BFBBCB"/>
        </w:tblBorders>
        <w:tblLayout w:type="fixed"/>
      </w:tblPr>
      <w:tblGrid>
        <w:gridCol w:w="3175"/>
        <w:gridCol w:w="6236"/>
      </w:tblGrid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İşyeri / şube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Tutanağın düzenlendiği tarih ve saat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…… / …… / 20……   saat ……:……</w:t>
            </w:r>
          </w:p>
        </w:tc>
      </w:tr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Çalışanın adı soyadı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Görevi / bölümü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Vardiya ya da işe başlama saati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……:……</w:t>
            </w:r>
          </w:p>
        </w:tc>
      </w:tr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İşe geliş saati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……:……</w:t>
            </w:r>
          </w:p>
        </w:tc>
      </w:tr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Gecikme süresi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…… saat …… dakika</w:t>
            </w:r>
          </w:p>
        </w:tc>
      </w:tr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Saatin dayandığı kayıt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☐ PDKS / giriş-çıkış kaydı   ☐ İmza çizelgesi   ☐ Diğer: ………</w:t>
            </w:r>
          </w:p>
        </w:tc>
      </w:tr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Önceden haber verildi mi?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☐ Evet (kime, nasıl: ………………)   ☐ Hayır</w:t>
            </w:r>
          </w:p>
        </w:tc>
      </w:tr>
    </w:tbl>
    <w:p>
      <w:pPr>
        <w:spacing w:after="120" w:before="0"/>
      </w:pPr>
    </w:p>
    <w:p>
      <w:pPr>
        <w:spacing w:after="80" w:before="0"/>
      </w:pPr>
      <w:r>
        <w:rPr>
          <w:b/>
          <w:i w:val="0"/>
          <w:sz w:val="21"/>
        </w:rPr>
        <w:t>Olayın açıklaması</w:t>
      </w:r>
    </w:p>
    <w:p>
      <w:pPr>
        <w:spacing w:after="160" w:before="0"/>
      </w:pPr>
      <w:r>
        <w:rPr>
          <w:b w:val="0"/>
          <w:i w:val="0"/>
          <w:sz w:val="21"/>
        </w:rPr>
        <w:t>…………………… bölümünde …………………… olarak çalışan …………………………………, …… / …… / 20…… günü saat ……:…… olan işe başlama saatinde işyerinde bulunmamış, saat ……:……'de işe gelmiş ve …… dakika geç kalmıştır. Geliş saati yukarıda belirtilen kayıtla tespit edilmiştir.</w:t>
      </w:r>
    </w:p>
    <w:p>
      <w:pPr>
        <w:spacing w:after="80" w:before="0"/>
      </w:pPr>
      <w:r>
        <w:rPr>
          <w:b/>
          <w:i w:val="0"/>
          <w:sz w:val="21"/>
        </w:rPr>
        <w:t>Çalışanın geç kalma nedeni hakkındaki beyanı</w:t>
      </w:r>
    </w:p>
    <w:tbl>
      <w:tblPr>
        <w:tblW w:type="dxa" w:w="9412"/>
        <w:tblLook w:firstColumn="1" w:firstRow="1" w:lastColumn="0" w:lastRow="0" w:noHBand="0" w:noVBand="1" w:val="04A0"/>
        <w:tblBorders>
          <w:top w:val="single" w:sz="4" w:space="0" w:color="BFBBCB"/>
          <w:left w:val="single" w:sz="4" w:space="0" w:color="BFBBCB"/>
          <w:bottom w:val="single" w:sz="4" w:space="0" w:color="BFBBCB"/>
          <w:right w:val="single" w:sz="4" w:space="0" w:color="BFBBCB"/>
          <w:insideH w:val="single" w:sz="4" w:space="0" w:color="BFBBCB"/>
          <w:insideV w:val="single" w:sz="4" w:space="0" w:color="BFBBCB"/>
        </w:tblBorders>
        <w:tblLayout w:type="fixed"/>
      </w:tblPr>
      <w:tblGrid>
        <w:gridCol w:w="9411"/>
      </w:tblGrid>
      <w:tr>
        <w:trPr>
          <w:trHeight w:val="1474"/>
        </w:trPr>
        <w:tc>
          <w:tcPr>
            <w:tcW w:type="dxa" w:w="9411"/>
          </w:tcPr>
          <w:p/>
        </w:tc>
      </w:tr>
    </w:tbl>
    <w:p>
      <w:pPr>
        <w:spacing w:after="160" w:before="0"/>
      </w:pPr>
    </w:p>
    <w:p>
      <w:pPr>
        <w:spacing w:after="200" w:before="0"/>
      </w:pPr>
      <w:r>
        <w:rPr>
          <w:b w:val="0"/>
          <w:i w:val="0"/>
          <w:sz w:val="21"/>
        </w:rPr>
        <w:t>İşbu tutanak, tarafımızca düzenlenerek imza altına alınmıştır.</w:t>
      </w:r>
    </w:p>
    <w:tbl>
      <w:tblPr>
        <w:tblStyle w:val="TableGrid"/>
        <w:tblW w:type="dxa" w:w="9412"/>
        <w:jc w:val="center"/>
        <w:tblLook w:firstColumn="1" w:firstRow="1" w:lastColumn="0" w:lastRow="0" w:noHBand="0" w:noVBand="1" w:val="04A0"/>
        <w:tblBorders>
          <w:top w:val="single" w:sz="4" w:space="0" w:color="BFBBCB"/>
          <w:left w:val="single" w:sz="4" w:space="0" w:color="BFBBCB"/>
          <w:bottom w:val="single" w:sz="4" w:space="0" w:color="BFBBCB"/>
          <w:right w:val="single" w:sz="4" w:space="0" w:color="BFBBCB"/>
          <w:insideH w:val="single" w:sz="4" w:space="0" w:color="BFBBCB"/>
          <w:insideV w:val="single" w:sz="4" w:space="0" w:color="BFBBCB"/>
        </w:tblBorders>
        <w:tblLayout w:type="fixed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3F1F8"/>
          </w:tcPr>
          <w:p>
            <w:pPr>
              <w:spacing w:after="0"/>
            </w:pPr>
            <w:r>
              <w:rPr>
                <w:b/>
                <w:sz w:val="19"/>
              </w:rPr>
              <w:t>Tutanağı düzenleyen</w:t>
            </w:r>
          </w:p>
        </w:tc>
        <w:tc>
          <w:tcPr>
            <w:tcW w:type="dxa" w:w="2353"/>
            <w:shd w:val="clear" w:color="auto" w:fill="F3F1F8"/>
          </w:tcPr>
          <w:p>
            <w:pPr>
              <w:spacing w:after="0"/>
            </w:pPr>
            <w:r>
              <w:rPr>
                <w:b/>
                <w:sz w:val="19"/>
              </w:rPr>
              <w:t>Tanık</w:t>
            </w:r>
          </w:p>
        </w:tc>
        <w:tc>
          <w:tcPr>
            <w:tcW w:type="dxa" w:w="2353"/>
            <w:shd w:val="clear" w:color="auto" w:fill="F3F1F8"/>
          </w:tcPr>
          <w:p>
            <w:pPr>
              <w:spacing w:after="0"/>
            </w:pPr>
            <w:r>
              <w:rPr>
                <w:b/>
                <w:sz w:val="19"/>
              </w:rPr>
              <w:t>Tanık</w:t>
            </w:r>
          </w:p>
        </w:tc>
        <w:tc>
          <w:tcPr>
            <w:tcW w:type="dxa" w:w="2353"/>
            <w:shd w:val="clear" w:color="auto" w:fill="F3F1F8"/>
          </w:tcPr>
          <w:p>
            <w:pPr>
              <w:spacing w:after="0"/>
            </w:pPr>
            <w:r>
              <w:rPr>
                <w:b/>
                <w:sz w:val="19"/>
              </w:rPr>
              <w:t>Çalışan</w:t>
            </w:r>
          </w:p>
        </w:tc>
      </w:tr>
      <w:tr>
        <w:trPr>
          <w:trHeight w:val="454"/>
        </w:trPr>
        <w:tc>
          <w:tcPr>
            <w:tcW w:type="dxa" w:w="2353"/>
          </w:tcPr>
          <w:p>
            <w:pPr>
              <w:spacing w:after="0"/>
            </w:pPr>
            <w:r>
              <w:rPr>
                <w:color w:val="5F5D6B"/>
                <w:sz w:val="18"/>
              </w:rPr>
              <w:t>Ad Soyad: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color w:val="5F5D6B"/>
                <w:sz w:val="18"/>
              </w:rPr>
              <w:t>Ad Soyad: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color w:val="5F5D6B"/>
                <w:sz w:val="18"/>
              </w:rPr>
              <w:t>Ad Soyad: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color w:val="5F5D6B"/>
                <w:sz w:val="18"/>
              </w:rPr>
              <w:t>Ad Soyad:</w:t>
            </w:r>
          </w:p>
        </w:tc>
      </w:tr>
      <w:tr>
        <w:trPr>
          <w:trHeight w:val="454"/>
        </w:trPr>
        <w:tc>
          <w:tcPr>
            <w:tcW w:type="dxa" w:w="2353"/>
          </w:tcPr>
          <w:p>
            <w:pPr>
              <w:spacing w:after="0"/>
            </w:pPr>
            <w:r>
              <w:rPr>
                <w:color w:val="5F5D6B"/>
                <w:sz w:val="18"/>
              </w:rPr>
              <w:t>Unvan: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color w:val="5F5D6B"/>
                <w:sz w:val="18"/>
              </w:rPr>
              <w:t>Unvan: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color w:val="5F5D6B"/>
                <w:sz w:val="18"/>
              </w:rPr>
              <w:t>Unvan: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color w:val="5F5D6B"/>
                <w:sz w:val="18"/>
              </w:rPr>
              <w:t>Unvan:</w:t>
            </w:r>
          </w:p>
        </w:tc>
      </w:tr>
      <w:tr>
        <w:trPr>
          <w:trHeight w:val="737"/>
        </w:trPr>
        <w:tc>
          <w:tcPr>
            <w:tcW w:type="dxa" w:w="2353"/>
          </w:tcPr>
          <w:p>
            <w:pPr>
              <w:spacing w:after="0"/>
            </w:pPr>
            <w:r>
              <w:rPr>
                <w:color w:val="5F5D6B"/>
                <w:sz w:val="18"/>
              </w:rPr>
              <w:t>İmza: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color w:val="5F5D6B"/>
                <w:sz w:val="18"/>
              </w:rPr>
              <w:t>İmza: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color w:val="5F5D6B"/>
                <w:sz w:val="18"/>
              </w:rPr>
              <w:t>İmza:</w:t>
            </w:r>
          </w:p>
        </w:tc>
        <w:tc>
          <w:tcPr>
            <w:tcW w:type="dxa" w:w="2353"/>
          </w:tcPr>
          <w:p>
            <w:pPr>
              <w:spacing w:after="0"/>
            </w:pPr>
            <w:r>
              <w:rPr>
                <w:color w:val="5F5D6B"/>
                <w:sz w:val="18"/>
              </w:rPr>
              <w:t>İmza:</w:t>
            </w:r>
          </w:p>
        </w:tc>
      </w:tr>
    </w:tbl>
    <w:p>
      <w:pPr>
        <w:spacing w:after="120" w:before="0"/>
      </w:pPr>
    </w:p>
    <w:p>
      <w:pPr>
        <w:spacing w:after="80" w:before="0"/>
      </w:pPr>
      <w:r>
        <w:rPr>
          <w:b w:val="0"/>
          <w:i/>
          <w:color w:val="5F5D6B"/>
          <w:sz w:val="17"/>
        </w:rPr>
        <w:t>Not: Çalışan tutanağı imzalamaktan kaçınırsa, bu durum buraya yazılarak düzenleyen ve tanıklarca imzalanır: ……………………………………………………………………</w:t>
      </w:r>
    </w:p>
    <w:p>
      <w:r>
        <w:br w:type="page"/>
      </w:r>
    </w:p>
    <w:p>
      <w:pPr>
        <w:spacing w:after="40" w:before="0"/>
        <w:jc w:val="center"/>
      </w:pPr>
      <w:r>
        <w:rPr>
          <w:b/>
          <w:i w:val="0"/>
          <w:sz w:val="30"/>
        </w:rPr>
        <w:t>SAVUNMA İSTEM YAZISI</w:t>
      </w:r>
    </w:p>
    <w:p>
      <w:pPr>
        <w:spacing w:after="160" w:before="0"/>
      </w:pPr>
    </w:p>
    <w:tbl>
      <w:tblPr>
        <w:tblStyle w:val="TableGrid"/>
        <w:tblW w:type="dxa" w:w="9412"/>
        <w:jc w:val="center"/>
        <w:tblLook w:firstColumn="1" w:firstRow="1" w:lastColumn="0" w:lastRow="0" w:noHBand="0" w:noVBand="1" w:val="04A0"/>
        <w:tblBorders>
          <w:top w:val="single" w:sz="4" w:space="0" w:color="BFBBCB"/>
          <w:left w:val="single" w:sz="4" w:space="0" w:color="BFBBCB"/>
          <w:bottom w:val="single" w:sz="4" w:space="0" w:color="BFBBCB"/>
          <w:right w:val="single" w:sz="4" w:space="0" w:color="BFBBCB"/>
          <w:insideH w:val="single" w:sz="4" w:space="0" w:color="BFBBCB"/>
          <w:insideV w:val="single" w:sz="4" w:space="0" w:color="BFBBCB"/>
        </w:tblBorders>
        <w:tblLayout w:type="fixed"/>
      </w:tblPr>
      <w:tblGrid>
        <w:gridCol w:w="3175"/>
        <w:gridCol w:w="6236"/>
      </w:tblGrid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Tarih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…… / …… / 20……</w:t>
            </w:r>
          </w:p>
        </w:tc>
      </w:tr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Sayın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Görevi / bölümü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</w:p>
        </w:tc>
      </w:tr>
    </w:tbl>
    <w:p>
      <w:pPr>
        <w:spacing w:after="120" w:before="0"/>
      </w:pPr>
    </w:p>
    <w:p>
      <w:pPr>
        <w:spacing w:after="160" w:before="0"/>
      </w:pPr>
      <w:r>
        <w:rPr>
          <w:b w:val="0"/>
          <w:i w:val="0"/>
          <w:sz w:val="21"/>
        </w:rPr>
        <w:t>…… / …… / 20…… günü işe başlama saatiniz olan ……:……'de işyerinde bulunmadığınız, saat ……:……'de işe gelerek …… dakika geç kaldığınız aynı tarihli tutanakla tespit edilmiştir.</w:t>
      </w:r>
    </w:p>
    <w:p>
      <w:pPr>
        <w:spacing w:after="280" w:before="0"/>
      </w:pPr>
      <w:r>
        <w:rPr>
          <w:b w:val="0"/>
          <w:i w:val="0"/>
          <w:sz w:val="21"/>
        </w:rPr>
        <w:t>Bu konudaki yazılı savunmanızı …… / …… / 20…… tarihine kadar ………………………………………'a teslim etmenizi rica ederiz. Belirtilen süre içinde savunma vermediğiniz takdirde bu durum kayda geçirilecektir.</w:t>
      </w:r>
    </w:p>
    <w:tbl>
      <w:tblPr>
        <w:tblStyle w:val="TableGrid"/>
        <w:tblW w:type="dxa" w:w="4706"/>
        <w:jc w:val="center"/>
        <w:tblLook w:firstColumn="1" w:firstRow="1" w:lastColumn="0" w:lastRow="0" w:noHBand="0" w:noVBand="1" w:val="04A0"/>
        <w:tblBorders>
          <w:top w:val="single" w:sz="4" w:space="0" w:color="BFBBCB"/>
          <w:left w:val="single" w:sz="4" w:space="0" w:color="BFBBCB"/>
          <w:bottom w:val="single" w:sz="4" w:space="0" w:color="BFBBCB"/>
          <w:right w:val="single" w:sz="4" w:space="0" w:color="BFBBCB"/>
          <w:insideH w:val="single" w:sz="4" w:space="0" w:color="BFBBCB"/>
          <w:insideV w:val="single" w:sz="4" w:space="0" w:color="BFBBCB"/>
        </w:tblBorders>
        <w:tblLayout w:type="fixed"/>
      </w:tblPr>
      <w:tblGrid>
        <w:gridCol w:w="4706"/>
      </w:tblGrid>
      <w:tr>
        <w:tc>
          <w:tcPr>
            <w:tcW w:type="dxa" w:w="4706"/>
            <w:shd w:val="clear" w:color="auto" w:fill="F3F1F8"/>
          </w:tcPr>
          <w:p>
            <w:pPr>
              <w:spacing w:after="0"/>
            </w:pPr>
            <w:r>
              <w:rPr>
                <w:b/>
                <w:sz w:val="19"/>
              </w:rPr>
              <w:t>İşveren / işveren vekili</w:t>
            </w:r>
          </w:p>
        </w:tc>
      </w:tr>
      <w:tr>
        <w:trPr>
          <w:trHeight w:val="454"/>
        </w:trPr>
        <w:tc>
          <w:tcPr>
            <w:tcW w:type="dxa" w:w="4706"/>
          </w:tcPr>
          <w:p>
            <w:pPr>
              <w:spacing w:after="0"/>
            </w:pPr>
            <w:r>
              <w:rPr>
                <w:color w:val="5F5D6B"/>
                <w:sz w:val="18"/>
              </w:rPr>
              <w:t>Ad Soyad:</w:t>
            </w:r>
          </w:p>
        </w:tc>
      </w:tr>
      <w:tr>
        <w:trPr>
          <w:trHeight w:val="454"/>
        </w:trPr>
        <w:tc>
          <w:tcPr>
            <w:tcW w:type="dxa" w:w="4706"/>
          </w:tcPr>
          <w:p>
            <w:pPr>
              <w:spacing w:after="0"/>
            </w:pPr>
            <w:r>
              <w:rPr>
                <w:color w:val="5F5D6B"/>
                <w:sz w:val="18"/>
              </w:rPr>
              <w:t>Unvan:</w:t>
            </w:r>
          </w:p>
        </w:tc>
      </w:tr>
      <w:tr>
        <w:trPr>
          <w:trHeight w:val="737"/>
        </w:trPr>
        <w:tc>
          <w:tcPr>
            <w:tcW w:type="dxa" w:w="4706"/>
          </w:tcPr>
          <w:p>
            <w:pPr>
              <w:spacing w:after="0"/>
            </w:pPr>
            <w:r>
              <w:rPr>
                <w:color w:val="5F5D6B"/>
                <w:sz w:val="18"/>
              </w:rPr>
              <w:t>İmza:</w:t>
            </w:r>
          </w:p>
        </w:tc>
      </w:tr>
    </w:tbl>
    <w:p>
      <w:pPr>
        <w:spacing w:after="120" w:before="0"/>
      </w:pPr>
    </w:p>
    <w:p>
      <w:pPr>
        <w:spacing w:after="80" w:before="120"/>
      </w:pPr>
      <w:r>
        <w:rPr>
          <w:b/>
          <w:i w:val="0"/>
          <w:sz w:val="21"/>
        </w:rPr>
        <w:t>Tebliğ alan</w:t>
      </w:r>
    </w:p>
    <w:p>
      <w:pPr>
        <w:spacing w:after="160" w:before="0"/>
      </w:pPr>
      <w:r>
        <w:rPr>
          <w:b w:val="0"/>
          <w:i w:val="0"/>
          <w:sz w:val="21"/>
        </w:rPr>
        <w:t>Bu yazının bir örneğini …… / …… / 20…… tarihinde elden aldım.</w:t>
      </w:r>
    </w:p>
    <w:tbl>
      <w:tblPr>
        <w:tblStyle w:val="TableGrid"/>
        <w:tblW w:type="dxa" w:w="4706"/>
        <w:jc w:val="center"/>
        <w:tblLook w:firstColumn="1" w:firstRow="1" w:lastColumn="0" w:lastRow="0" w:noHBand="0" w:noVBand="1" w:val="04A0"/>
        <w:tblBorders>
          <w:top w:val="single" w:sz="4" w:space="0" w:color="BFBBCB"/>
          <w:left w:val="single" w:sz="4" w:space="0" w:color="BFBBCB"/>
          <w:bottom w:val="single" w:sz="4" w:space="0" w:color="BFBBCB"/>
          <w:right w:val="single" w:sz="4" w:space="0" w:color="BFBBCB"/>
          <w:insideH w:val="single" w:sz="4" w:space="0" w:color="BFBBCB"/>
          <w:insideV w:val="single" w:sz="4" w:space="0" w:color="BFBBCB"/>
        </w:tblBorders>
        <w:tblLayout w:type="fixed"/>
      </w:tblPr>
      <w:tblGrid>
        <w:gridCol w:w="4706"/>
      </w:tblGrid>
      <w:tr>
        <w:tc>
          <w:tcPr>
            <w:tcW w:type="dxa" w:w="4706"/>
            <w:shd w:val="clear" w:color="auto" w:fill="F3F1F8"/>
          </w:tcPr>
          <w:p>
            <w:pPr>
              <w:spacing w:after="0"/>
            </w:pPr>
            <w:r>
              <w:rPr>
                <w:b/>
                <w:sz w:val="19"/>
              </w:rPr>
              <w:t>Çalışan</w:t>
            </w:r>
          </w:p>
        </w:tc>
      </w:tr>
      <w:tr>
        <w:trPr>
          <w:trHeight w:val="454"/>
        </w:trPr>
        <w:tc>
          <w:tcPr>
            <w:tcW w:type="dxa" w:w="4706"/>
          </w:tcPr>
          <w:p>
            <w:pPr>
              <w:spacing w:after="0"/>
            </w:pPr>
            <w:r>
              <w:rPr>
                <w:color w:val="5F5D6B"/>
                <w:sz w:val="18"/>
              </w:rPr>
              <w:t>Ad Soyad:</w:t>
            </w:r>
          </w:p>
        </w:tc>
      </w:tr>
      <w:tr>
        <w:trPr>
          <w:trHeight w:val="737"/>
        </w:trPr>
        <w:tc>
          <w:tcPr>
            <w:tcW w:type="dxa" w:w="4706"/>
          </w:tcPr>
          <w:p>
            <w:pPr>
              <w:spacing w:after="0"/>
            </w:pPr>
            <w:r>
              <w:rPr>
                <w:color w:val="5F5D6B"/>
                <w:sz w:val="18"/>
              </w:rPr>
              <w:t>İmza:</w:t>
            </w:r>
          </w:p>
        </w:tc>
      </w:tr>
    </w:tbl>
    <w:p>
      <w:pPr>
        <w:spacing w:after="120" w:before="0"/>
      </w:pPr>
    </w:p>
    <w:p>
      <w:r>
        <w:br w:type="page"/>
      </w:r>
    </w:p>
    <w:p>
      <w:pPr>
        <w:spacing w:after="40" w:before="0"/>
        <w:jc w:val="center"/>
      </w:pPr>
      <w:r>
        <w:rPr>
          <w:b/>
          <w:i w:val="0"/>
          <w:sz w:val="30"/>
        </w:rPr>
        <w:t>SAVUNMA</w:t>
      </w:r>
    </w:p>
    <w:p>
      <w:pPr>
        <w:spacing w:after="160" w:before="0"/>
      </w:pPr>
    </w:p>
    <w:tbl>
      <w:tblPr>
        <w:tblStyle w:val="TableGrid"/>
        <w:tblW w:type="dxa" w:w="9412"/>
        <w:jc w:val="center"/>
        <w:tblLook w:firstColumn="1" w:firstRow="1" w:lastColumn="0" w:lastRow="0" w:noHBand="0" w:noVBand="1" w:val="04A0"/>
        <w:tblBorders>
          <w:top w:val="single" w:sz="4" w:space="0" w:color="BFBBCB"/>
          <w:left w:val="single" w:sz="4" w:space="0" w:color="BFBBCB"/>
          <w:bottom w:val="single" w:sz="4" w:space="0" w:color="BFBBCB"/>
          <w:right w:val="single" w:sz="4" w:space="0" w:color="BFBBCB"/>
          <w:insideH w:val="single" w:sz="4" w:space="0" w:color="BFBBCB"/>
          <w:insideV w:val="single" w:sz="4" w:space="0" w:color="BFBBCB"/>
        </w:tblBorders>
        <w:tblLayout w:type="fixed"/>
      </w:tblPr>
      <w:tblGrid>
        <w:gridCol w:w="3175"/>
        <w:gridCol w:w="6236"/>
      </w:tblGrid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Tarih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t>…… / …… / 20……</w:t>
            </w:r>
          </w:p>
        </w:tc>
      </w:tr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Kime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Adı soyadı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</w:p>
        </w:tc>
      </w:tr>
      <w:tr>
        <w:trPr>
          <w:trHeight w:val="397"/>
        </w:trPr>
        <w:tc>
          <w:tcPr>
            <w:tcW w:type="dxa" w:w="3175"/>
            <w:shd w:val="clear" w:color="auto" w:fill="F3F1F8"/>
          </w:tcPr>
          <w:p>
            <w:pPr>
              <w:spacing w:after="0"/>
            </w:pPr>
            <w:r>
              <w:rPr>
                <w:b/>
              </w:rPr>
              <w:t>Görevi / bölümü</w:t>
            </w:r>
          </w:p>
        </w:tc>
        <w:tc>
          <w:tcPr>
            <w:tcW w:type="dxa" w:w="6236"/>
          </w:tcPr>
          <w:p>
            <w:pPr>
              <w:spacing w:after="0"/>
            </w:pPr>
            <w:r/>
          </w:p>
        </w:tc>
      </w:tr>
    </w:tbl>
    <w:p>
      <w:pPr>
        <w:spacing w:after="120" w:before="0"/>
      </w:pPr>
    </w:p>
    <w:p>
      <w:pPr>
        <w:spacing w:after="200" w:before="0"/>
      </w:pPr>
      <w:r>
        <w:rPr>
          <w:b w:val="0"/>
          <w:i w:val="0"/>
          <w:sz w:val="21"/>
        </w:rPr>
        <w:t>…… / …… / 20…… tarihli savunma istem yazınıza cevaben, …… / …… / 20…… günü işe geç kalmamla ilgili savunmam aşağıdadır:</w:t>
      </w:r>
    </w:p>
    <w:tbl>
      <w:tblPr>
        <w:tblW w:type="dxa" w:w="9412"/>
        <w:tblLook w:firstColumn="1" w:firstRow="1" w:lastColumn="0" w:lastRow="0" w:noHBand="0" w:noVBand="1" w:val="04A0"/>
        <w:tblBorders>
          <w:top w:val="single" w:sz="4" w:space="0" w:color="BFBBCB"/>
          <w:left w:val="single" w:sz="4" w:space="0" w:color="BFBBCB"/>
          <w:bottom w:val="single" w:sz="4" w:space="0" w:color="BFBBCB"/>
          <w:right w:val="single" w:sz="4" w:space="0" w:color="BFBBCB"/>
          <w:insideH w:val="single" w:sz="4" w:space="0" w:color="BFBBCB"/>
          <w:insideV w:val="single" w:sz="4" w:space="0" w:color="BFBBCB"/>
        </w:tblBorders>
        <w:tblLayout w:type="fixed"/>
      </w:tblPr>
      <w:tblGrid>
        <w:gridCol w:w="9411"/>
      </w:tblGrid>
      <w:tr>
        <w:trPr>
          <w:trHeight w:val="5386"/>
        </w:trPr>
        <w:tc>
          <w:tcPr>
            <w:tcW w:type="dxa" w:w="9411"/>
          </w:tcPr>
          <w:p/>
        </w:tc>
      </w:tr>
    </w:tbl>
    <w:p>
      <w:pPr>
        <w:spacing w:after="160" w:before="0"/>
      </w:pPr>
    </w:p>
    <w:p>
      <w:pPr>
        <w:spacing w:after="280" w:before="0"/>
      </w:pPr>
      <w:r>
        <w:rPr>
          <w:b w:val="0"/>
          <w:i w:val="0"/>
          <w:sz w:val="21"/>
        </w:rPr>
        <w:t>Ekler (varsa belge):  ……………………………………………………………………</w:t>
      </w:r>
    </w:p>
    <w:tbl>
      <w:tblPr>
        <w:tblStyle w:val="TableGrid"/>
        <w:tblW w:type="dxa" w:w="4706"/>
        <w:jc w:val="center"/>
        <w:tblLook w:firstColumn="1" w:firstRow="1" w:lastColumn="0" w:lastRow="0" w:noHBand="0" w:noVBand="1" w:val="04A0"/>
        <w:tblBorders>
          <w:top w:val="single" w:sz="4" w:space="0" w:color="BFBBCB"/>
          <w:left w:val="single" w:sz="4" w:space="0" w:color="BFBBCB"/>
          <w:bottom w:val="single" w:sz="4" w:space="0" w:color="BFBBCB"/>
          <w:right w:val="single" w:sz="4" w:space="0" w:color="BFBBCB"/>
          <w:insideH w:val="single" w:sz="4" w:space="0" w:color="BFBBCB"/>
          <w:insideV w:val="single" w:sz="4" w:space="0" w:color="BFBBCB"/>
        </w:tblBorders>
        <w:tblLayout w:type="fixed"/>
      </w:tblPr>
      <w:tblGrid>
        <w:gridCol w:w="4706"/>
      </w:tblGrid>
      <w:tr>
        <w:tc>
          <w:tcPr>
            <w:tcW w:type="dxa" w:w="4706"/>
            <w:shd w:val="clear" w:color="auto" w:fill="F3F1F8"/>
          </w:tcPr>
          <w:p>
            <w:pPr>
              <w:spacing w:after="0"/>
            </w:pPr>
            <w:r>
              <w:rPr>
                <w:b/>
                <w:sz w:val="19"/>
              </w:rPr>
              <w:t>Savunmayı veren çalışan</w:t>
            </w:r>
          </w:p>
        </w:tc>
      </w:tr>
      <w:tr>
        <w:trPr>
          <w:trHeight w:val="454"/>
        </w:trPr>
        <w:tc>
          <w:tcPr>
            <w:tcW w:type="dxa" w:w="4706"/>
          </w:tcPr>
          <w:p>
            <w:pPr>
              <w:spacing w:after="0"/>
            </w:pPr>
            <w:r>
              <w:rPr>
                <w:color w:val="5F5D6B"/>
                <w:sz w:val="18"/>
              </w:rPr>
              <w:t>Ad Soyad:</w:t>
            </w:r>
          </w:p>
        </w:tc>
      </w:tr>
      <w:tr>
        <w:trPr>
          <w:trHeight w:val="454"/>
        </w:trPr>
        <w:tc>
          <w:tcPr>
            <w:tcW w:type="dxa" w:w="4706"/>
          </w:tcPr>
          <w:p>
            <w:pPr>
              <w:spacing w:after="0"/>
            </w:pPr>
            <w:r>
              <w:rPr>
                <w:color w:val="5F5D6B"/>
                <w:sz w:val="18"/>
              </w:rPr>
              <w:t>Tarih:</w:t>
            </w:r>
          </w:p>
        </w:tc>
      </w:tr>
      <w:tr>
        <w:trPr>
          <w:trHeight w:val="737"/>
        </w:trPr>
        <w:tc>
          <w:tcPr>
            <w:tcW w:type="dxa" w:w="4706"/>
          </w:tcPr>
          <w:p>
            <w:pPr>
              <w:spacing w:after="0"/>
            </w:pPr>
            <w:r>
              <w:rPr>
                <w:color w:val="5F5D6B"/>
                <w:sz w:val="18"/>
              </w:rPr>
              <w:t>İmza:</w:t>
            </w:r>
          </w:p>
        </w:tc>
      </w:tr>
    </w:tbl>
    <w:p>
      <w:pPr>
        <w:spacing w:after="120" w:before="0"/>
      </w:pPr>
    </w:p>
    <w:p>
      <w:pPr>
        <w:spacing w:after="80" w:before="0"/>
      </w:pPr>
      <w:r>
        <w:rPr>
          <w:b w:val="0"/>
          <w:i/>
          <w:color w:val="5F5D6B"/>
          <w:sz w:val="17"/>
        </w:rPr>
        <w:t>Bu şablon bilgilendirme amaçlıdır; kendi işyeri uygulamanıza ve hukuk danışmanınızın önerisine göre düzenleyerek kullanın.</w:t>
      </w:r>
    </w:p>
    <w:sectPr w:rsidR="00FC693F" w:rsidRPr="0006063C" w:rsidSect="00034616">
      <w:footerReference w:type="default" r:id="rId9"/>
      <w:pgSz w:w="12240" w:h="15840"/>
      <w:pgMar w:top="1020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5D6B"/>
        <w:sz w:val="16"/>
      </w:rPr>
      <w:t>Ücretsiz şablon: Pepteam · pepteam.net/ise-gec-kalma-tutanagi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İşe Geç Kalma Tutanağı</dc:title>
  <dc:subject>İşe geç kalma tutanağı, savunma istem yazısı ve savunma formu</dc:subject>
  <dc:creator>Pepteam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